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רמת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רמות הקריאה השונות ואת המאפיינים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רמה למאפיינים שלה (ניקוד, אורך טקסט, סוג שאלות)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תיאורי 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ז-ט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עברית פשוטה ומנוקדת עם מילון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הרמה מיועדת לקוראים מתחילים שזקוקים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הרמה מיועדת לתלמידים גדולים שיכולים לנתח ולהביע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להחליף רמה בכל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בג-ד הטקסטים מנוקדים ובאורך בינוני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רמה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(טקסטים קצרים ומנוקדים)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(טקסטים מנוקדים באורך בינוני)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(טקסטים מידעיים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(מאמרים ארוכים ושאלות ביקורתיות)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(עברית פשוטה עם מילון באנגלית)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ה-ו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מהפשוט למורכב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ה-ו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ז-ט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ברמת ג-ד יש ניקוד וטקסטים בינוניים, ברמת ה-ו אין ניקוד והטקסטים מידעיים עם שאלות הסקה.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שהטקסט והשאלות יתאימו ליכולת הקריאה וההבנה, ולא יהיו קשים מדי או קלים מדי.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ניקוד או אורך טקסט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 פשוטה ומנוקדת עם מילון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רמת ז-ט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תיאורי הרמות ולבקש מהתלמידים לנחש לאיזו רמה שייך 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לבחירה אישית של כל תלמיד ברמה המתאימה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בחלקי ה-mc וה-match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רמת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רמות קריאה שונות. כל רמה - טקסט אחר ושאלות אחרות. נלמד להכיר את הרמות.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לפי גיל וכישורי 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מעל ומתחת לאותיות שעוזרים לקרוא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שמביא מידע עובדתי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שדורשת להבין דבר שלא כתוב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ולשפוט רעיון בעיון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שהגיעו לגור בארץ לאחרונה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רמה הטקסטים קצרים ומנוקדים?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רמה יש מאמרים ארוכים?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מאפיין את רמת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 פשוטה ומנוקדת עם מילון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טקסטים ארוכים בלי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תשובות בתמונות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רמה יש תמונות והקראה?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ג-ד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א-ב הטקסטים מנוקדים.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ז-ט יש שאלות של הבעת עמדה.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רמת קריאה רק בתחילת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ג-ד הטקסטים ארוכים מאוד וללא ניקוד.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רמה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מאמרים ארוכים ושאלות ביקורתיות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טקסטים קצרים ומנוקדים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ה-ו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עברית פשוטה עם מילון באנגלית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ז-ט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טקסטים מידעיים בלי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טקסטים מנוקדים באורך בינוני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רמת __________ מתאימה לתלמידים ותלמידות בכיתות א-ב.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ברמת __________ הטקסטים ללא ניקוד ויש בהם שאלות הסקה.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עולים יש לצד הטקסט __________ באנגלית.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ברמת חנ"מ יש הקראה ותשובות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מהפשוט למורכב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ז-ט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ה-ו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א-ב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ג-ד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ההבדל בין רמת ג-ד לרמת ה-ו.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לבחור רמת קריאה מתאימה?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א-ב לרמת ז-ט?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רמה מתאימה לעולים חדשים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רמה יש שאלות ביקורתיות?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רמת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