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רמת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רמות הקריאה השונות ואת המאפיינים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רמה למאפיינים שלה (ניקוד, אורך טקסט, סוג שאלות)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תיאורי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ז-ט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הרמה מיועדת לקוראים מתחילים שזקוקים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להחליף רמה בכל 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רמה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(טקסטים קצרים ומנוקדים)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(טקסטים מנוקדים באורך בינוני)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(טקסטים מידעיים בלי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(מאמרים ארוכים ושאלות ביקורתיות)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מהפשוט למורכב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ה-ו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ז-ט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ברמת ג-ד יש ניקוד וטקסטים בינוניים, ברמת ה-ו אין ניקוד והטקסטים מידעיים עם שאלות הסקה.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 ניקוד או אורך טקסט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עברית פשוטה ומנוקדת עם מילון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רמת ז-ט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תיאורי הרמות ולבקש מהתלמידים לנחש לאיזו רמה שייך כל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התרגיל לבחירה אישית של כל תלמיד ברמה המתאימה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רק בחלקי ה-mc וה-match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רמת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בחירת הרמה אפשר לבחור רמת קריאה מתאימה. כל רמה כוללת טקסטים שונים ושאלות שונות, ואפשר להחליף רמה בכל רגע. בדף הזה נתרגל להכיר את הרמות ואת ההבדלים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א-ב  ·  מילון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רמה מיועדת לטקסטים קצרים ומנוקדים עם שלוש תשובות לבחירה?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רמה מופיעים מאמרים ארוכים ושאלות ביקורתיות?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חנ"מ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ברמת א-ב הטקסטים מנוקדים.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להחליף רמת קריאה רק בתחילת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רמה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מאמרים ארוכים ושאלות ביקורתיות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טקסטים קצרים ומנוקדים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טקסטים מנוקדים באורך בינוני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ז-ט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טקסטים מידעיים בלי ניקוד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רמת __________ מתאימה לתלמידים ותלמידות בכיתות א-ב.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ברמת עולים יש לצד הטקסט __________ באנגלית.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מהפשוט למורכב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ז-ט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א-ב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ג-ד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ה-ו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ההבדל בין רמת ג-ד לרמת ה-ו.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רמת א-ב לרמת ז-ט?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רמה מתאימה לעולים חדשים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בחירת רמת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